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 xml:space="preserve">班级：                                       姓名：                                          学号：  </w:t>
      </w:r>
    </w:p>
    <w:p>
      <w:r>
        <w:t>45题5分钟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11 + 8 =</w:t>
            </w:r>
          </w:p>
        </w:tc>
        <w:tc>
          <w:tcPr>
            <w:tcW w:type="dxa" w:w="2880"/>
          </w:tcPr>
          <w:p>
            <w:r>
              <w:t>10 + 1 =</w:t>
            </w:r>
          </w:p>
        </w:tc>
        <w:tc>
          <w:tcPr>
            <w:tcW w:type="dxa" w:w="2880"/>
          </w:tcPr>
          <w:p>
            <w:r>
              <w:t>4 + 4 =</w:t>
            </w:r>
          </w:p>
        </w:tc>
      </w:tr>
      <w:tr>
        <w:tc>
          <w:tcPr>
            <w:tcW w:type="dxa" w:w="2880"/>
          </w:tcPr>
          <w:p>
            <w:r>
              <w:t>17 + 2 =</w:t>
            </w:r>
          </w:p>
        </w:tc>
        <w:tc>
          <w:tcPr>
            <w:tcW w:type="dxa" w:w="2880"/>
          </w:tcPr>
          <w:p>
            <w:r>
              <w:t>9 + 2 =</w:t>
            </w:r>
          </w:p>
        </w:tc>
        <w:tc>
          <w:tcPr>
            <w:tcW w:type="dxa" w:w="2880"/>
          </w:tcPr>
          <w:p>
            <w:r>
              <w:t>14 + 5 =</w:t>
            </w:r>
          </w:p>
        </w:tc>
      </w:tr>
      <w:tr>
        <w:tc>
          <w:tcPr>
            <w:tcW w:type="dxa" w:w="2880"/>
          </w:tcPr>
          <w:p>
            <w:r>
              <w:t>12 + 3 =</w:t>
            </w:r>
          </w:p>
        </w:tc>
        <w:tc>
          <w:tcPr>
            <w:tcW w:type="dxa" w:w="2880"/>
          </w:tcPr>
          <w:p>
            <w:r>
              <w:t>5 + 2 =</w:t>
            </w:r>
          </w:p>
        </w:tc>
        <w:tc>
          <w:tcPr>
            <w:tcW w:type="dxa" w:w="2880"/>
          </w:tcPr>
          <w:p>
            <w:r>
              <w:t>7 + 3 =</w:t>
            </w:r>
          </w:p>
        </w:tc>
      </w:tr>
      <w:tr>
        <w:tc>
          <w:tcPr>
            <w:tcW w:type="dxa" w:w="2880"/>
          </w:tcPr>
          <w:p>
            <w:r>
              <w:t>7 + 6 =</w:t>
            </w:r>
          </w:p>
        </w:tc>
        <w:tc>
          <w:tcPr>
            <w:tcW w:type="dxa" w:w="2880"/>
          </w:tcPr>
          <w:p>
            <w:r>
              <w:t>12 + 0 =</w:t>
            </w:r>
          </w:p>
        </w:tc>
        <w:tc>
          <w:tcPr>
            <w:tcW w:type="dxa" w:w="2880"/>
          </w:tcPr>
          <w:p>
            <w:r>
              <w:t>20 + 0 =</w:t>
            </w:r>
          </w:p>
        </w:tc>
      </w:tr>
      <w:tr>
        <w:tc>
          <w:tcPr>
            <w:tcW w:type="dxa" w:w="2880"/>
          </w:tcPr>
          <w:p>
            <w:r>
              <w:t>8 + 5 =</w:t>
            </w:r>
          </w:p>
        </w:tc>
        <w:tc>
          <w:tcPr>
            <w:tcW w:type="dxa" w:w="2880"/>
          </w:tcPr>
          <w:p>
            <w:r>
              <w:t>20 + 0 =</w:t>
            </w:r>
          </w:p>
        </w:tc>
        <w:tc>
          <w:tcPr>
            <w:tcW w:type="dxa" w:w="2880"/>
          </w:tcPr>
          <w:p>
            <w:r>
              <w:t>1 + 2 =</w:t>
            </w:r>
          </w:p>
        </w:tc>
      </w:tr>
      <w:tr>
        <w:tc>
          <w:tcPr>
            <w:tcW w:type="dxa" w:w="2880"/>
          </w:tcPr>
          <w:p>
            <w:r>
              <w:t>11 + 3 =</w:t>
            </w:r>
          </w:p>
        </w:tc>
        <w:tc>
          <w:tcPr>
            <w:tcW w:type="dxa" w:w="2880"/>
          </w:tcPr>
          <w:p>
            <w:r>
              <w:t>10 + 7 =</w:t>
            </w:r>
          </w:p>
        </w:tc>
        <w:tc>
          <w:tcPr>
            <w:tcW w:type="dxa" w:w="2880"/>
          </w:tcPr>
          <w:p>
            <w:r>
              <w:t>12 + 0 =</w:t>
            </w:r>
          </w:p>
        </w:tc>
      </w:tr>
      <w:tr>
        <w:tc>
          <w:tcPr>
            <w:tcW w:type="dxa" w:w="2880"/>
          </w:tcPr>
          <w:p>
            <w:r>
              <w:t>10 + 4 =</w:t>
            </w:r>
          </w:p>
        </w:tc>
        <w:tc>
          <w:tcPr>
            <w:tcW w:type="dxa" w:w="2880"/>
          </w:tcPr>
          <w:p>
            <w:r>
              <w:t>16 + 0 =</w:t>
            </w:r>
          </w:p>
        </w:tc>
        <w:tc>
          <w:tcPr>
            <w:tcW w:type="dxa" w:w="2880"/>
          </w:tcPr>
          <w:p>
            <w:r>
              <w:t>1 + 18 =</w:t>
            </w:r>
          </w:p>
        </w:tc>
      </w:tr>
      <w:tr>
        <w:tc>
          <w:tcPr>
            <w:tcW w:type="dxa" w:w="2880"/>
          </w:tcPr>
          <w:p>
            <w:r>
              <w:t>15 + 5 =</w:t>
            </w:r>
          </w:p>
        </w:tc>
        <w:tc>
          <w:tcPr>
            <w:tcW w:type="dxa" w:w="2880"/>
          </w:tcPr>
          <w:p>
            <w:r>
              <w:t>15 + 3 =</w:t>
            </w:r>
          </w:p>
        </w:tc>
        <w:tc>
          <w:tcPr>
            <w:tcW w:type="dxa" w:w="2880"/>
          </w:tcPr>
          <w:p>
            <w:r>
              <w:t>9 + 4 =</w:t>
            </w:r>
          </w:p>
        </w:tc>
      </w:tr>
      <w:tr>
        <w:tc>
          <w:tcPr>
            <w:tcW w:type="dxa" w:w="2880"/>
          </w:tcPr>
          <w:p>
            <w:r>
              <w:t>7 + 10 =</w:t>
            </w:r>
          </w:p>
        </w:tc>
        <w:tc>
          <w:tcPr>
            <w:tcW w:type="dxa" w:w="2880"/>
          </w:tcPr>
          <w:p>
            <w:r>
              <w:t>10 + 9 =</w:t>
            </w:r>
          </w:p>
        </w:tc>
        <w:tc>
          <w:tcPr>
            <w:tcW w:type="dxa" w:w="2880"/>
          </w:tcPr>
          <w:p>
            <w:r>
              <w:t>11 + 7 =</w:t>
            </w:r>
          </w:p>
        </w:tc>
      </w:tr>
      <w:tr>
        <w:tc>
          <w:tcPr>
            <w:tcW w:type="dxa" w:w="2880"/>
          </w:tcPr>
          <w:p>
            <w:r>
              <w:t>17 + 2 =</w:t>
            </w:r>
          </w:p>
        </w:tc>
        <w:tc>
          <w:tcPr>
            <w:tcW w:type="dxa" w:w="2880"/>
          </w:tcPr>
          <w:p>
            <w:r>
              <w:t>14 + 4 =</w:t>
            </w:r>
          </w:p>
        </w:tc>
        <w:tc>
          <w:tcPr>
            <w:tcW w:type="dxa" w:w="2880"/>
          </w:tcPr>
          <w:p>
            <w:r>
              <w:t>7 + 4 =</w:t>
            </w:r>
          </w:p>
        </w:tc>
      </w:tr>
      <w:tr>
        <w:tc>
          <w:tcPr>
            <w:tcW w:type="dxa" w:w="2880"/>
          </w:tcPr>
          <w:p>
            <w:r>
              <w:t>19 + 0 =</w:t>
            </w:r>
          </w:p>
        </w:tc>
        <w:tc>
          <w:tcPr>
            <w:tcW w:type="dxa" w:w="2880"/>
          </w:tcPr>
          <w:p>
            <w:r>
              <w:t>17 + 3 =</w:t>
            </w:r>
          </w:p>
        </w:tc>
        <w:tc>
          <w:tcPr>
            <w:tcW w:type="dxa" w:w="2880"/>
          </w:tcPr>
          <w:p>
            <w:r>
              <w:t>15 + 2 =</w:t>
            </w:r>
          </w:p>
        </w:tc>
      </w:tr>
      <w:tr>
        <w:tc>
          <w:tcPr>
            <w:tcW w:type="dxa" w:w="2880"/>
          </w:tcPr>
          <w:p>
            <w:r>
              <w:t>18 + 2 =</w:t>
            </w:r>
          </w:p>
        </w:tc>
        <w:tc>
          <w:tcPr>
            <w:tcW w:type="dxa" w:w="2880"/>
          </w:tcPr>
          <w:p>
            <w:r>
              <w:t>19 + 0 =</w:t>
            </w:r>
          </w:p>
        </w:tc>
        <w:tc>
          <w:tcPr>
            <w:tcW w:type="dxa" w:w="2880"/>
          </w:tcPr>
          <w:p>
            <w:r>
              <w:t>12 + 6 =</w:t>
            </w:r>
          </w:p>
        </w:tc>
      </w:tr>
      <w:tr>
        <w:tc>
          <w:tcPr>
            <w:tcW w:type="dxa" w:w="2880"/>
          </w:tcPr>
          <w:p>
            <w:r>
              <w:t>6 + 10 =</w:t>
            </w:r>
          </w:p>
        </w:tc>
        <w:tc>
          <w:tcPr>
            <w:tcW w:type="dxa" w:w="2880"/>
          </w:tcPr>
          <w:p>
            <w:r>
              <w:t>17 + 0 =</w:t>
            </w:r>
          </w:p>
        </w:tc>
        <w:tc>
          <w:tcPr>
            <w:tcW w:type="dxa" w:w="2880"/>
          </w:tcPr>
          <w:p>
            <w:r>
              <w:t>13 + 3 =</w:t>
            </w:r>
          </w:p>
        </w:tc>
      </w:tr>
      <w:tr>
        <w:tc>
          <w:tcPr>
            <w:tcW w:type="dxa" w:w="2880"/>
          </w:tcPr>
          <w:p>
            <w:r>
              <w:t>20 + 0 =</w:t>
            </w:r>
          </w:p>
        </w:tc>
        <w:tc>
          <w:tcPr>
            <w:tcW w:type="dxa" w:w="2880"/>
          </w:tcPr>
          <w:p>
            <w:r>
              <w:t>2 + 12 =</w:t>
            </w:r>
          </w:p>
        </w:tc>
        <w:tc>
          <w:tcPr>
            <w:tcW w:type="dxa" w:w="2880"/>
          </w:tcPr>
          <w:p>
            <w:r>
              <w:t>0 + 4 =</w:t>
            </w:r>
          </w:p>
        </w:tc>
      </w:tr>
      <w:tr>
        <w:tc>
          <w:tcPr>
            <w:tcW w:type="dxa" w:w="2880"/>
          </w:tcPr>
          <w:p>
            <w:r>
              <w:t>3 + 8 =</w:t>
            </w:r>
          </w:p>
        </w:tc>
        <w:tc>
          <w:tcPr>
            <w:tcW w:type="dxa" w:w="2880"/>
          </w:tcPr>
          <w:p>
            <w:r>
              <w:t>16 + 0 =</w:t>
            </w:r>
          </w:p>
        </w:tc>
        <w:tc>
          <w:tcPr>
            <w:tcW w:type="dxa" w:w="2880"/>
          </w:tcPr>
          <w:p>
            <w:r>
              <w:t>2 + 8 =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